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60F41" w14:textId="77777777" w:rsidR="004712E0" w:rsidRPr="00CB10CD" w:rsidRDefault="00000000">
      <w:pPr>
        <w:jc w:val="right"/>
        <w:rPr>
          <w:sz w:val="20"/>
          <w:szCs w:val="20"/>
          <w:lang w:val="pl-PL"/>
        </w:rPr>
      </w:pPr>
      <w:r w:rsidRPr="00CB10CD">
        <w:rPr>
          <w:sz w:val="20"/>
          <w:szCs w:val="20"/>
          <w:lang w:val="pl-PL"/>
        </w:rPr>
        <w:t>Załącznik nr 4 do zapytania ofertowego</w:t>
      </w:r>
    </w:p>
    <w:p w14:paraId="3AAF5B68" w14:textId="77777777" w:rsidR="00CB10CD" w:rsidRDefault="00CB10CD">
      <w:pPr>
        <w:jc w:val="center"/>
        <w:rPr>
          <w:b/>
          <w:lang w:val="pl-PL"/>
        </w:rPr>
      </w:pPr>
    </w:p>
    <w:p w14:paraId="4A5424E7" w14:textId="442E2E34" w:rsidR="004712E0" w:rsidRPr="00CB10CD" w:rsidRDefault="00000000">
      <w:pPr>
        <w:jc w:val="center"/>
        <w:rPr>
          <w:lang w:val="pl-PL"/>
        </w:rPr>
      </w:pPr>
      <w:r w:rsidRPr="00CB10CD">
        <w:rPr>
          <w:b/>
          <w:lang w:val="pl-PL"/>
        </w:rPr>
        <w:t>OŚWIADCZENIE O SPEŁNIANIU WYMAGAŃ DOTYCZĄCYCH KWALIFIKACJI I DOŚWIADCZENIA KADRY</w:t>
      </w:r>
    </w:p>
    <w:p w14:paraId="1918882A" w14:textId="77777777" w:rsidR="004712E0" w:rsidRPr="00CB10CD" w:rsidRDefault="00000000">
      <w:pPr>
        <w:rPr>
          <w:lang w:val="pl-PL"/>
        </w:rPr>
      </w:pPr>
      <w:r w:rsidRPr="00CB10CD">
        <w:rPr>
          <w:lang w:val="pl-PL"/>
        </w:rPr>
        <w:t>Dotyczy: wyboru podmiotu ekonomii społecznej do realizacji usług społecznych na terenie Gminy Góra Kalwaria w ramach projektu grantowego „Premia społeczna”.</w:t>
      </w:r>
    </w:p>
    <w:p w14:paraId="5D2C695B" w14:textId="77777777" w:rsidR="004712E0" w:rsidRPr="00CB10CD" w:rsidRDefault="00000000">
      <w:pPr>
        <w:rPr>
          <w:lang w:val="pl-PL"/>
        </w:rPr>
      </w:pPr>
      <w:r w:rsidRPr="00CB10CD">
        <w:rPr>
          <w:lang w:val="pl-PL"/>
        </w:rPr>
        <w:t>Nazwa Wykonawcy: ................................................................................................................</w:t>
      </w:r>
    </w:p>
    <w:p w14:paraId="0BD2A772" w14:textId="77777777" w:rsidR="004712E0" w:rsidRPr="00CB10CD" w:rsidRDefault="00000000">
      <w:pPr>
        <w:rPr>
          <w:lang w:val="pl-PL"/>
        </w:rPr>
      </w:pPr>
      <w:r w:rsidRPr="00CB10CD">
        <w:rPr>
          <w:lang w:val="pl-PL"/>
        </w:rPr>
        <w:t>Adres / siedziba: .....................................................................................................................</w:t>
      </w:r>
    </w:p>
    <w:p w14:paraId="2B6E7CA8" w14:textId="77777777" w:rsidR="004712E0" w:rsidRPr="00CB10CD" w:rsidRDefault="00000000">
      <w:pPr>
        <w:rPr>
          <w:lang w:val="pl-PL"/>
        </w:rPr>
      </w:pPr>
      <w:r w:rsidRPr="00CB10CD">
        <w:rPr>
          <w:lang w:val="pl-PL"/>
        </w:rPr>
        <w:t>NIP / KRS (jeżeli dotyczy): ........................................................................................................</w:t>
      </w:r>
    </w:p>
    <w:p w14:paraId="48B1145E" w14:textId="77777777" w:rsidR="004712E0" w:rsidRPr="00CB10CD" w:rsidRDefault="00000000" w:rsidP="00CB10CD">
      <w:pPr>
        <w:jc w:val="both"/>
        <w:rPr>
          <w:lang w:val="pl-PL"/>
        </w:rPr>
      </w:pPr>
      <w:r w:rsidRPr="00CB10CD">
        <w:rPr>
          <w:lang w:val="pl-PL"/>
        </w:rPr>
        <w:t>Oświadczam, że Wykonawca dysponuje lub zapewni na czas realizacji zamówienia osoby posiadające kwalifikacje, przygotowanie zawodowe oraz doświadczenie wymagane dla poszczególnych rodzajów usług wskazanych w zapytaniu ofertowym, w szczególności:</w:t>
      </w:r>
    </w:p>
    <w:p w14:paraId="4C674419" w14:textId="77777777" w:rsidR="004712E0" w:rsidRPr="00CB10CD" w:rsidRDefault="00000000" w:rsidP="00CB10CD">
      <w:pPr>
        <w:jc w:val="both"/>
        <w:rPr>
          <w:lang w:val="pl-PL"/>
        </w:rPr>
      </w:pPr>
      <w:r w:rsidRPr="00CB10CD">
        <w:rPr>
          <w:lang w:val="pl-PL"/>
        </w:rPr>
        <w:t>• psychologów posiadających wykształcenie magisterskie na kierunku psychologia oraz co najmniej 3-letnie doświadczenie zawodowe w pracy psychologicznej, odpowiednie do grupy odbiorców danej usługi;</w:t>
      </w:r>
    </w:p>
    <w:p w14:paraId="30AC46C7" w14:textId="77777777" w:rsidR="004712E0" w:rsidRPr="00CB10CD" w:rsidRDefault="00000000" w:rsidP="00CB10CD">
      <w:pPr>
        <w:jc w:val="both"/>
        <w:rPr>
          <w:lang w:val="pl-PL"/>
        </w:rPr>
      </w:pPr>
      <w:r w:rsidRPr="00CB10CD">
        <w:rPr>
          <w:lang w:val="pl-PL"/>
        </w:rPr>
        <w:t>• osobę prowadzącą warsztaty rozwijające kompetencje wychowawcze rodziców, posiadającą przygotowanie do realizacji programu „Szkoła dla Rodziców i Wychowawców” oraz co najmniej 3-letnie doświadczenie w prowadzeniu warsztatów dla rodziców;</w:t>
      </w:r>
    </w:p>
    <w:p w14:paraId="5C241602" w14:textId="77777777" w:rsidR="004712E0" w:rsidRPr="00CB10CD" w:rsidRDefault="00000000" w:rsidP="00CB10CD">
      <w:pPr>
        <w:jc w:val="both"/>
        <w:rPr>
          <w:lang w:val="pl-PL"/>
        </w:rPr>
      </w:pPr>
      <w:r w:rsidRPr="00CB10CD">
        <w:rPr>
          <w:lang w:val="pl-PL"/>
        </w:rPr>
        <w:t>• osoby posiadające przygotowanie do prowadzenia treningu pamięci dla seniorów oraz doświadczenie w pracy z osobami starszymi;</w:t>
      </w:r>
    </w:p>
    <w:p w14:paraId="6F6D4322" w14:textId="77777777" w:rsidR="004712E0" w:rsidRPr="00CB10CD" w:rsidRDefault="00000000" w:rsidP="00CB10CD">
      <w:pPr>
        <w:jc w:val="both"/>
        <w:rPr>
          <w:lang w:val="pl-PL"/>
        </w:rPr>
      </w:pPr>
      <w:r w:rsidRPr="00CB10CD">
        <w:rPr>
          <w:lang w:val="pl-PL"/>
        </w:rPr>
        <w:t>• osoby posiadające kwalifikacje odpowiednie do prowadzenia grupowych zajęć gimnastycznych dla seniorów oraz doświadczenie w prowadzeniu zajęć ruchowych z osobami starszymi.</w:t>
      </w:r>
    </w:p>
    <w:p w14:paraId="4DB56B95" w14:textId="77777777" w:rsidR="004712E0" w:rsidRPr="00CB10CD" w:rsidRDefault="00000000" w:rsidP="00CB10CD">
      <w:pPr>
        <w:jc w:val="both"/>
        <w:rPr>
          <w:lang w:val="pl-PL"/>
        </w:rPr>
      </w:pPr>
      <w:r w:rsidRPr="00CB10CD">
        <w:rPr>
          <w:lang w:val="pl-PL"/>
        </w:rPr>
        <w:t>Zobowiązuję się, w przypadku wyboru oferty, przed zawarciem umowy przedstawić Zamawiającemu do wglądu dokumenty potwierdzające kwalifikacje i doświadczenie osób przewidzianych do realizacji usług.</w:t>
      </w:r>
    </w:p>
    <w:p w14:paraId="43ED1343" w14:textId="77777777" w:rsidR="004712E0" w:rsidRDefault="00000000" w:rsidP="00CB10CD">
      <w:pPr>
        <w:jc w:val="both"/>
        <w:rPr>
          <w:lang w:val="pl-PL"/>
        </w:rPr>
      </w:pPr>
      <w:r w:rsidRPr="00CB10CD">
        <w:rPr>
          <w:lang w:val="pl-PL"/>
        </w:rPr>
        <w:t>Oświadczam, że podane informacje są zgodne ze stanem faktycznym.</w:t>
      </w:r>
    </w:p>
    <w:p w14:paraId="2979E9B5" w14:textId="77777777" w:rsidR="00CB10CD" w:rsidRPr="00CB10CD" w:rsidRDefault="00CB10CD" w:rsidP="00CB10CD">
      <w:pPr>
        <w:jc w:val="both"/>
        <w:rPr>
          <w:lang w:val="pl-PL"/>
        </w:rPr>
      </w:pPr>
    </w:p>
    <w:p w14:paraId="7908CCE6" w14:textId="3CD19D61" w:rsidR="004712E0" w:rsidRPr="00CB10CD" w:rsidRDefault="00000000">
      <w:pPr>
        <w:rPr>
          <w:lang w:val="pl-PL"/>
        </w:rPr>
      </w:pPr>
      <w:r w:rsidRPr="00CB10CD">
        <w:rPr>
          <w:lang w:val="pl-PL"/>
        </w:rPr>
        <w:t xml:space="preserve">..................................................                        </w:t>
      </w:r>
      <w:r w:rsidR="00CB10CD">
        <w:rPr>
          <w:lang w:val="pl-PL"/>
        </w:rPr>
        <w:t xml:space="preserve">                       </w:t>
      </w:r>
      <w:r w:rsidRPr="00CB10CD">
        <w:rPr>
          <w:lang w:val="pl-PL"/>
        </w:rPr>
        <w:t xml:space="preserve"> ..................................................</w:t>
      </w:r>
    </w:p>
    <w:p w14:paraId="61A99268" w14:textId="77777777" w:rsidR="004712E0" w:rsidRPr="00CB10CD" w:rsidRDefault="00000000">
      <w:pPr>
        <w:rPr>
          <w:lang w:val="pl-PL"/>
        </w:rPr>
      </w:pPr>
      <w:r w:rsidRPr="00CB10CD">
        <w:rPr>
          <w:lang w:val="pl-PL"/>
        </w:rPr>
        <w:t>Miejscowość, data                                                        Podpis osoby uprawnionej do reprezentacji Wykonawcy</w:t>
      </w:r>
    </w:p>
    <w:sectPr w:rsidR="004712E0" w:rsidRPr="00CB10CD" w:rsidSect="00034616">
      <w:pgSz w:w="12240" w:h="15840"/>
      <w:pgMar w:top="1247" w:right="1417" w:bottom="1191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76116355">
    <w:abstractNumId w:val="8"/>
  </w:num>
  <w:num w:numId="2" w16cid:durableId="1870216543">
    <w:abstractNumId w:val="6"/>
  </w:num>
  <w:num w:numId="3" w16cid:durableId="522086884">
    <w:abstractNumId w:val="5"/>
  </w:num>
  <w:num w:numId="4" w16cid:durableId="288124336">
    <w:abstractNumId w:val="4"/>
  </w:num>
  <w:num w:numId="5" w16cid:durableId="695544513">
    <w:abstractNumId w:val="7"/>
  </w:num>
  <w:num w:numId="6" w16cid:durableId="1721592667">
    <w:abstractNumId w:val="3"/>
  </w:num>
  <w:num w:numId="7" w16cid:durableId="248806532">
    <w:abstractNumId w:val="2"/>
  </w:num>
  <w:num w:numId="8" w16cid:durableId="218518795">
    <w:abstractNumId w:val="1"/>
  </w:num>
  <w:num w:numId="9" w16cid:durableId="13588956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712E0"/>
    <w:rsid w:val="00861C17"/>
    <w:rsid w:val="00AA1D8D"/>
    <w:rsid w:val="00B47730"/>
    <w:rsid w:val="00CB0664"/>
    <w:rsid w:val="00CB10C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714035"/>
  <w14:defaultImageDpi w14:val="300"/>
  <w15:docId w15:val="{135A511A-8CE6-4529-8DB8-701C36F49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80"/>
    </w:pPr>
    <w:rPr>
      <w:rFonts w:ascii="Segoe UI Light" w:hAnsi="Segoe UI Light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Kamila Korzeniewska</cp:lastModifiedBy>
  <cp:revision>2</cp:revision>
  <dcterms:created xsi:type="dcterms:W3CDTF">2026-10-20T07:50:00Z</dcterms:created>
  <dcterms:modified xsi:type="dcterms:W3CDTF">2026-10-20T07:50:00Z</dcterms:modified>
  <cp:category/>
</cp:coreProperties>
</file>