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8823" w14:textId="2A1DAD0C" w:rsidR="00D170E2" w:rsidRPr="00A4005D" w:rsidRDefault="003837A0" w:rsidP="008162FB">
      <w:pPr>
        <w:ind w:left="5760"/>
        <w:rPr>
          <w:rFonts w:ascii="Segoe UI Light" w:hAnsi="Segoe UI Light" w:cs="Segoe UI Light"/>
          <w:bCs/>
          <w:sz w:val="20"/>
          <w:szCs w:val="20"/>
          <w:lang w:val="pl-PL"/>
        </w:rPr>
      </w:pPr>
      <w:r>
        <w:rPr>
          <w:rFonts w:ascii="Segoe UI Light" w:hAnsi="Segoe UI Light" w:cs="Segoe UI Light"/>
          <w:bCs/>
          <w:sz w:val="22"/>
          <w:lang w:val="pl-PL"/>
        </w:rPr>
        <w:t xml:space="preserve">       </w:t>
      </w:r>
      <w:r w:rsidR="00A4005D">
        <w:rPr>
          <w:rFonts w:ascii="Segoe UI Light" w:hAnsi="Segoe UI Light" w:cs="Segoe UI Light"/>
          <w:bCs/>
          <w:sz w:val="22"/>
          <w:lang w:val="pl-PL"/>
        </w:rPr>
        <w:t xml:space="preserve">      </w:t>
      </w:r>
      <w:r>
        <w:rPr>
          <w:rFonts w:ascii="Segoe UI Light" w:hAnsi="Segoe UI Light" w:cs="Segoe UI Light"/>
          <w:bCs/>
          <w:sz w:val="22"/>
          <w:lang w:val="pl-PL"/>
        </w:rPr>
        <w:t xml:space="preserve">  </w:t>
      </w:r>
      <w:r w:rsidRPr="00A4005D">
        <w:rPr>
          <w:rFonts w:ascii="Segoe UI Light" w:hAnsi="Segoe UI Light" w:cs="Segoe UI Light"/>
          <w:bCs/>
          <w:sz w:val="20"/>
          <w:szCs w:val="20"/>
          <w:lang w:val="pl-PL"/>
        </w:rPr>
        <w:t>Załącznik nr 1 do zapytania ofertowego</w:t>
      </w:r>
    </w:p>
    <w:p w14:paraId="5FE6CD40" w14:textId="77777777" w:rsidR="008162FB" w:rsidRDefault="008162FB">
      <w:pPr>
        <w:jc w:val="right"/>
        <w:rPr>
          <w:rFonts w:ascii="Segoe UI Light" w:hAnsi="Segoe UI Light" w:cs="Segoe UI Light"/>
          <w:sz w:val="22"/>
          <w:lang w:val="pl-PL"/>
        </w:rPr>
      </w:pPr>
    </w:p>
    <w:p w14:paraId="702D90BE" w14:textId="77777777" w:rsidR="008162FB" w:rsidRDefault="008162FB">
      <w:pPr>
        <w:jc w:val="right"/>
        <w:rPr>
          <w:rFonts w:ascii="Segoe UI Light" w:hAnsi="Segoe UI Light" w:cs="Segoe UI Light"/>
          <w:sz w:val="22"/>
          <w:lang w:val="pl-PL"/>
        </w:rPr>
      </w:pPr>
    </w:p>
    <w:p w14:paraId="58638965" w14:textId="345D08F6" w:rsidR="00D170E2" w:rsidRPr="008162FB" w:rsidRDefault="00000000">
      <w:pPr>
        <w:jc w:val="right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...................................................., dnia ................................ r.</w:t>
      </w:r>
    </w:p>
    <w:p w14:paraId="7D9AC9FE" w14:textId="77777777" w:rsidR="00D170E2" w:rsidRPr="008162FB" w:rsidRDefault="00000000">
      <w:pPr>
        <w:jc w:val="center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b/>
          <w:sz w:val="22"/>
          <w:lang w:val="pl-PL"/>
        </w:rPr>
        <w:t>FORMULARZ OFERTOWY</w:t>
      </w:r>
    </w:p>
    <w:p w14:paraId="36442177" w14:textId="1F16BEE3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 xml:space="preserve">Wybór podmiotu ekonomii społecznej do realizacji usług społecznych na terenie Gminy Góra Kalwaria </w:t>
      </w:r>
      <w:r w:rsidR="008162FB">
        <w:rPr>
          <w:rFonts w:ascii="Segoe UI Light" w:hAnsi="Segoe UI Light" w:cs="Segoe UI Light"/>
          <w:sz w:val="22"/>
          <w:lang w:val="pl-PL"/>
        </w:rPr>
        <w:br/>
      </w:r>
      <w:r w:rsidRPr="008162FB">
        <w:rPr>
          <w:rFonts w:ascii="Segoe UI Light" w:hAnsi="Segoe UI Light" w:cs="Segoe UI Light"/>
          <w:sz w:val="22"/>
          <w:lang w:val="pl-PL"/>
        </w:rPr>
        <w:t xml:space="preserve">w ramach projektu grantowego „Premia społeczna”, Program Fundusze Europejskie dla Rozwoju Społecznego 2021–2027, Działanie 04.13 </w:t>
      </w:r>
      <w:r w:rsidRPr="008162FB">
        <w:rPr>
          <w:rFonts w:ascii="Segoe UI Light" w:hAnsi="Segoe UI Light" w:cs="Segoe UI Light"/>
          <w:b/>
          <w:bCs/>
          <w:sz w:val="22"/>
          <w:lang w:val="pl-PL"/>
        </w:rPr>
        <w:t>„Wysokiej jakości system włączenia społecznego”.</w:t>
      </w:r>
    </w:p>
    <w:p w14:paraId="6EC4A65F" w14:textId="5F9A0172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Zamawiający: Gmina Góra Kalwaria</w:t>
      </w:r>
      <w:r w:rsidR="003837A0">
        <w:rPr>
          <w:rFonts w:ascii="Segoe UI Light" w:hAnsi="Segoe UI Light" w:cs="Segoe UI Light"/>
          <w:sz w:val="22"/>
          <w:lang w:val="pl-PL"/>
        </w:rPr>
        <w:t>-Ośrodek Pomocy Społecznej w Górze Kalwarii</w:t>
      </w:r>
    </w:p>
    <w:p w14:paraId="092F8A0B" w14:textId="77777777" w:rsidR="00D170E2" w:rsidRPr="008162FB" w:rsidRDefault="00000000">
      <w:pPr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b/>
          <w:sz w:val="22"/>
          <w:lang w:val="pl-PL"/>
        </w:rPr>
        <w:t>I. Dane Wykonawcy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669"/>
      </w:tblGrid>
      <w:tr w:rsidR="00D170E2" w:rsidRPr="008162FB" w14:paraId="502CEB48" w14:textId="77777777">
        <w:trPr>
          <w:jc w:val="center"/>
        </w:trPr>
        <w:tc>
          <w:tcPr>
            <w:tcW w:w="3402" w:type="dxa"/>
            <w:shd w:val="clear" w:color="auto" w:fill="DFE8F3"/>
          </w:tcPr>
          <w:p w14:paraId="7FCF8176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Dane</w:t>
            </w:r>
          </w:p>
        </w:tc>
        <w:tc>
          <w:tcPr>
            <w:tcW w:w="5669" w:type="dxa"/>
            <w:shd w:val="clear" w:color="auto" w:fill="DFE8F3"/>
          </w:tcPr>
          <w:p w14:paraId="56A69848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Do wypełnienia przez Wykonawcę</w:t>
            </w:r>
          </w:p>
        </w:tc>
      </w:tr>
      <w:tr w:rsidR="00D170E2" w:rsidRPr="008162FB" w14:paraId="5AE9A8F2" w14:textId="77777777">
        <w:trPr>
          <w:jc w:val="center"/>
        </w:trPr>
        <w:tc>
          <w:tcPr>
            <w:tcW w:w="3402" w:type="dxa"/>
            <w:vAlign w:val="center"/>
          </w:tcPr>
          <w:p w14:paraId="664AFCED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Pełna nazwa Wykonawcy</w:t>
            </w:r>
          </w:p>
        </w:tc>
        <w:tc>
          <w:tcPr>
            <w:tcW w:w="5669" w:type="dxa"/>
            <w:vAlign w:val="center"/>
          </w:tcPr>
          <w:p w14:paraId="65D5ECC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06F7D3A9" w14:textId="77777777">
        <w:trPr>
          <w:jc w:val="center"/>
        </w:trPr>
        <w:tc>
          <w:tcPr>
            <w:tcW w:w="3402" w:type="dxa"/>
            <w:vAlign w:val="center"/>
          </w:tcPr>
          <w:p w14:paraId="5103222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Województwo</w:t>
            </w:r>
          </w:p>
        </w:tc>
        <w:tc>
          <w:tcPr>
            <w:tcW w:w="5669" w:type="dxa"/>
            <w:vAlign w:val="center"/>
          </w:tcPr>
          <w:p w14:paraId="004234FF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4628A467" w14:textId="77777777">
        <w:trPr>
          <w:jc w:val="center"/>
        </w:trPr>
        <w:tc>
          <w:tcPr>
            <w:tcW w:w="3402" w:type="dxa"/>
            <w:vAlign w:val="center"/>
          </w:tcPr>
          <w:p w14:paraId="6C7FB6A3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Kod pocztowy i miejscowość</w:t>
            </w:r>
          </w:p>
        </w:tc>
        <w:tc>
          <w:tcPr>
            <w:tcW w:w="5669" w:type="dxa"/>
            <w:vAlign w:val="center"/>
          </w:tcPr>
          <w:p w14:paraId="7A8E74ED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0EB1CC74" w14:textId="77777777">
        <w:trPr>
          <w:jc w:val="center"/>
        </w:trPr>
        <w:tc>
          <w:tcPr>
            <w:tcW w:w="3402" w:type="dxa"/>
            <w:vAlign w:val="center"/>
          </w:tcPr>
          <w:p w14:paraId="2037EA7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Ulica, nr budynku/lokalu</w:t>
            </w:r>
          </w:p>
        </w:tc>
        <w:tc>
          <w:tcPr>
            <w:tcW w:w="5669" w:type="dxa"/>
            <w:vAlign w:val="center"/>
          </w:tcPr>
          <w:p w14:paraId="1C29E7E4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22BA42A4" w14:textId="77777777">
        <w:trPr>
          <w:jc w:val="center"/>
        </w:trPr>
        <w:tc>
          <w:tcPr>
            <w:tcW w:w="3402" w:type="dxa"/>
            <w:vAlign w:val="center"/>
          </w:tcPr>
          <w:p w14:paraId="55FD4193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NIP</w:t>
            </w:r>
          </w:p>
        </w:tc>
        <w:tc>
          <w:tcPr>
            <w:tcW w:w="5669" w:type="dxa"/>
            <w:vAlign w:val="center"/>
          </w:tcPr>
          <w:p w14:paraId="6FC99085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5A396B21" w14:textId="77777777">
        <w:trPr>
          <w:jc w:val="center"/>
        </w:trPr>
        <w:tc>
          <w:tcPr>
            <w:tcW w:w="3402" w:type="dxa"/>
            <w:vAlign w:val="center"/>
          </w:tcPr>
          <w:p w14:paraId="5E9B5F06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REGON</w:t>
            </w:r>
          </w:p>
        </w:tc>
        <w:tc>
          <w:tcPr>
            <w:tcW w:w="5669" w:type="dxa"/>
            <w:vAlign w:val="center"/>
          </w:tcPr>
          <w:p w14:paraId="0999540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5C2A018A" w14:textId="77777777">
        <w:trPr>
          <w:jc w:val="center"/>
        </w:trPr>
        <w:tc>
          <w:tcPr>
            <w:tcW w:w="3402" w:type="dxa"/>
            <w:vAlign w:val="center"/>
          </w:tcPr>
          <w:p w14:paraId="67CFC1FA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KRS / inny właściwy rejestr</w:t>
            </w:r>
          </w:p>
        </w:tc>
        <w:tc>
          <w:tcPr>
            <w:tcW w:w="5669" w:type="dxa"/>
            <w:vAlign w:val="center"/>
          </w:tcPr>
          <w:p w14:paraId="285190BA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4D978D5C" w14:textId="77777777">
        <w:trPr>
          <w:jc w:val="center"/>
        </w:trPr>
        <w:tc>
          <w:tcPr>
            <w:tcW w:w="3402" w:type="dxa"/>
            <w:vAlign w:val="center"/>
          </w:tcPr>
          <w:p w14:paraId="528A0065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Osoba upoważniona do reprezentacji</w:t>
            </w:r>
          </w:p>
        </w:tc>
        <w:tc>
          <w:tcPr>
            <w:tcW w:w="5669" w:type="dxa"/>
            <w:vAlign w:val="center"/>
          </w:tcPr>
          <w:p w14:paraId="133E06CC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679D7348" w14:textId="77777777">
        <w:trPr>
          <w:jc w:val="center"/>
        </w:trPr>
        <w:tc>
          <w:tcPr>
            <w:tcW w:w="3402" w:type="dxa"/>
            <w:vAlign w:val="center"/>
          </w:tcPr>
          <w:p w14:paraId="4A16E6AD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8162FB">
              <w:rPr>
                <w:rFonts w:ascii="Segoe UI Light" w:hAnsi="Segoe UI Light" w:cs="Segoe UI Light"/>
                <w:sz w:val="22"/>
                <w:lang w:val="pl-PL"/>
              </w:rPr>
              <w:t>Adres e-mail do kontaktu</w:t>
            </w:r>
          </w:p>
        </w:tc>
        <w:tc>
          <w:tcPr>
            <w:tcW w:w="5669" w:type="dxa"/>
            <w:vAlign w:val="center"/>
          </w:tcPr>
          <w:p w14:paraId="6B9C560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  <w:tr w:rsidR="00D170E2" w:rsidRPr="008162FB" w14:paraId="46576707" w14:textId="77777777">
        <w:trPr>
          <w:jc w:val="center"/>
        </w:trPr>
        <w:tc>
          <w:tcPr>
            <w:tcW w:w="3402" w:type="dxa"/>
            <w:vAlign w:val="center"/>
          </w:tcPr>
          <w:p w14:paraId="1E5C6D1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Telefon do kontaktu</w:t>
            </w:r>
          </w:p>
        </w:tc>
        <w:tc>
          <w:tcPr>
            <w:tcW w:w="5669" w:type="dxa"/>
            <w:vAlign w:val="center"/>
          </w:tcPr>
          <w:p w14:paraId="5AD206B0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................................................................................</w:t>
            </w:r>
          </w:p>
        </w:tc>
      </w:tr>
    </w:tbl>
    <w:p w14:paraId="799880CD" w14:textId="77777777" w:rsidR="008162FB" w:rsidRDefault="008162FB">
      <w:pPr>
        <w:rPr>
          <w:rFonts w:ascii="Segoe UI Light" w:hAnsi="Segoe UI Light" w:cs="Segoe UI Light"/>
          <w:b/>
          <w:sz w:val="22"/>
        </w:rPr>
      </w:pPr>
    </w:p>
    <w:p w14:paraId="22185043" w14:textId="4C6FD704" w:rsidR="00D170E2" w:rsidRPr="008162FB" w:rsidRDefault="00000000">
      <w:pPr>
        <w:rPr>
          <w:rFonts w:ascii="Segoe UI Light" w:hAnsi="Segoe UI Light" w:cs="Segoe UI Light"/>
          <w:sz w:val="22"/>
        </w:rPr>
      </w:pPr>
      <w:r w:rsidRPr="008162FB">
        <w:rPr>
          <w:rFonts w:ascii="Segoe UI Light" w:hAnsi="Segoe UI Light" w:cs="Segoe UI Light"/>
          <w:b/>
          <w:sz w:val="22"/>
        </w:rPr>
        <w:t>II. Oferta cenowa</w:t>
      </w:r>
    </w:p>
    <w:p w14:paraId="19CBD037" w14:textId="77777777" w:rsidR="00D170E2" w:rsidRDefault="00000000">
      <w:pPr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W odpowiedzi na zapytanie ofertowe oferujemy wykonanie całości zamówienia w zakresie i ilościach określonych poniżej. Ceny należy podać w PLN, z dokładnością do dwóch miejsc po przecinku.</w:t>
      </w:r>
    </w:p>
    <w:p w14:paraId="071C3098" w14:textId="77777777" w:rsidR="008162FB" w:rsidRPr="008162FB" w:rsidRDefault="008162FB">
      <w:pPr>
        <w:rPr>
          <w:rFonts w:ascii="Segoe UI Light" w:hAnsi="Segoe UI Light" w:cs="Segoe UI Light"/>
          <w:sz w:val="22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0"/>
        <w:gridCol w:w="3428"/>
        <w:gridCol w:w="1566"/>
        <w:gridCol w:w="1182"/>
        <w:gridCol w:w="901"/>
        <w:gridCol w:w="1189"/>
        <w:gridCol w:w="1206"/>
      </w:tblGrid>
      <w:tr w:rsidR="00D170E2" w:rsidRPr="008162FB" w14:paraId="05282645" w14:textId="77777777">
        <w:trPr>
          <w:jc w:val="center"/>
        </w:trPr>
        <w:tc>
          <w:tcPr>
            <w:tcW w:w="397" w:type="dxa"/>
            <w:shd w:val="clear" w:color="auto" w:fill="DFE8F3"/>
          </w:tcPr>
          <w:p w14:paraId="3AFF9876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proofErr w:type="spellStart"/>
            <w:r w:rsidRPr="008162FB">
              <w:rPr>
                <w:rFonts w:ascii="Segoe UI Light" w:hAnsi="Segoe UI Light" w:cs="Segoe UI Light"/>
                <w:b/>
                <w:sz w:val="22"/>
              </w:rPr>
              <w:t>Lp</w:t>
            </w:r>
            <w:proofErr w:type="spellEnd"/>
            <w:r w:rsidRPr="008162FB">
              <w:rPr>
                <w:rFonts w:ascii="Segoe UI Light" w:hAnsi="Segoe UI Light" w:cs="Segoe UI Light"/>
                <w:b/>
                <w:sz w:val="22"/>
              </w:rPr>
              <w:t>.</w:t>
            </w:r>
          </w:p>
        </w:tc>
        <w:tc>
          <w:tcPr>
            <w:tcW w:w="3628" w:type="dxa"/>
            <w:shd w:val="clear" w:color="auto" w:fill="DFE8F3"/>
          </w:tcPr>
          <w:p w14:paraId="7A88AF78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Rodzaj usługi</w:t>
            </w:r>
          </w:p>
        </w:tc>
        <w:tc>
          <w:tcPr>
            <w:tcW w:w="850" w:type="dxa"/>
            <w:shd w:val="clear" w:color="auto" w:fill="DFE8F3"/>
          </w:tcPr>
          <w:p w14:paraId="68C08F2B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Liczba godzin</w:t>
            </w:r>
          </w:p>
        </w:tc>
        <w:tc>
          <w:tcPr>
            <w:tcW w:w="1247" w:type="dxa"/>
            <w:shd w:val="clear" w:color="auto" w:fill="DFE8F3"/>
          </w:tcPr>
          <w:p w14:paraId="3E415923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Cena 1 godz. netto</w:t>
            </w:r>
          </w:p>
        </w:tc>
        <w:tc>
          <w:tcPr>
            <w:tcW w:w="907" w:type="dxa"/>
            <w:shd w:val="clear" w:color="auto" w:fill="DFE8F3"/>
          </w:tcPr>
          <w:p w14:paraId="6C05587F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Stawka VAT / zw.</w:t>
            </w:r>
          </w:p>
        </w:tc>
        <w:tc>
          <w:tcPr>
            <w:tcW w:w="1247" w:type="dxa"/>
            <w:shd w:val="clear" w:color="auto" w:fill="DFE8F3"/>
          </w:tcPr>
          <w:p w14:paraId="2420F69A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Cena 1 godz. brutto</w:t>
            </w:r>
          </w:p>
        </w:tc>
        <w:tc>
          <w:tcPr>
            <w:tcW w:w="1247" w:type="dxa"/>
            <w:shd w:val="clear" w:color="auto" w:fill="DFE8F3"/>
          </w:tcPr>
          <w:p w14:paraId="1FA12C2B" w14:textId="77777777" w:rsidR="00D170E2" w:rsidRPr="008162FB" w:rsidRDefault="00000000">
            <w:pPr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b/>
                <w:sz w:val="22"/>
              </w:rPr>
              <w:t>Łączna wartość brutto</w:t>
            </w:r>
          </w:p>
        </w:tc>
      </w:tr>
      <w:tr w:rsidR="00D170E2" w:rsidRPr="008162FB" w14:paraId="32BC2303" w14:textId="77777777">
        <w:trPr>
          <w:jc w:val="center"/>
        </w:trPr>
        <w:tc>
          <w:tcPr>
            <w:tcW w:w="397" w:type="dxa"/>
            <w:vAlign w:val="center"/>
          </w:tcPr>
          <w:p w14:paraId="7050E4D4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1</w:t>
            </w:r>
          </w:p>
        </w:tc>
        <w:tc>
          <w:tcPr>
            <w:tcW w:w="3628" w:type="dxa"/>
            <w:vAlign w:val="center"/>
          </w:tcPr>
          <w:p w14:paraId="6A6788F5" w14:textId="502ED707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Warsztaty grupowe psychologiczne z zakresu Treningu Zastępowania Agresji dla</w:t>
            </w:r>
          </w:p>
        </w:tc>
        <w:tc>
          <w:tcPr>
            <w:tcW w:w="850" w:type="dxa"/>
            <w:vAlign w:val="center"/>
          </w:tcPr>
          <w:p w14:paraId="20FE073B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48</w:t>
            </w:r>
          </w:p>
        </w:tc>
        <w:tc>
          <w:tcPr>
            <w:tcW w:w="1247" w:type="dxa"/>
            <w:vAlign w:val="center"/>
          </w:tcPr>
          <w:p w14:paraId="4C682F4F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53EBD179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18CFFEC1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7E6CE5E3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63FD72BA" w14:textId="77777777">
        <w:trPr>
          <w:jc w:val="center"/>
        </w:trPr>
        <w:tc>
          <w:tcPr>
            <w:tcW w:w="397" w:type="dxa"/>
            <w:vAlign w:val="center"/>
          </w:tcPr>
          <w:p w14:paraId="7697F324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2</w:t>
            </w:r>
          </w:p>
        </w:tc>
        <w:tc>
          <w:tcPr>
            <w:tcW w:w="3628" w:type="dxa"/>
            <w:vAlign w:val="center"/>
          </w:tcPr>
          <w:p w14:paraId="3E57B01A" w14:textId="332C8FBA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 xml:space="preserve">Warsztaty psychologiczne dla rodziców dzieci </w:t>
            </w:r>
            <w:proofErr w:type="spellStart"/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neuroróżnorodnych</w:t>
            </w:r>
            <w:proofErr w:type="spellEnd"/>
          </w:p>
        </w:tc>
        <w:tc>
          <w:tcPr>
            <w:tcW w:w="850" w:type="dxa"/>
            <w:vAlign w:val="center"/>
          </w:tcPr>
          <w:p w14:paraId="450BB16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28</w:t>
            </w:r>
          </w:p>
        </w:tc>
        <w:tc>
          <w:tcPr>
            <w:tcW w:w="1247" w:type="dxa"/>
            <w:vAlign w:val="center"/>
          </w:tcPr>
          <w:p w14:paraId="6CA0D191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7094A720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11DC75C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519F369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0DC8322F" w14:textId="77777777">
        <w:trPr>
          <w:jc w:val="center"/>
        </w:trPr>
        <w:tc>
          <w:tcPr>
            <w:tcW w:w="397" w:type="dxa"/>
            <w:vAlign w:val="center"/>
          </w:tcPr>
          <w:p w14:paraId="0D2734CC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3</w:t>
            </w:r>
          </w:p>
        </w:tc>
        <w:tc>
          <w:tcPr>
            <w:tcW w:w="3628" w:type="dxa"/>
            <w:vAlign w:val="center"/>
          </w:tcPr>
          <w:p w14:paraId="342126D0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8162FB">
              <w:rPr>
                <w:rFonts w:ascii="Segoe UI Light" w:hAnsi="Segoe UI Light" w:cs="Segoe UI Light"/>
                <w:sz w:val="22"/>
                <w:lang w:val="pl-PL"/>
              </w:rPr>
              <w:t>Konsultacje psychologiczne indywidualne dla dzieci, młodzieży i dorosłych</w:t>
            </w:r>
          </w:p>
        </w:tc>
        <w:tc>
          <w:tcPr>
            <w:tcW w:w="850" w:type="dxa"/>
            <w:vAlign w:val="center"/>
          </w:tcPr>
          <w:p w14:paraId="76DAD5F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416</w:t>
            </w:r>
          </w:p>
        </w:tc>
        <w:tc>
          <w:tcPr>
            <w:tcW w:w="1247" w:type="dxa"/>
            <w:vAlign w:val="center"/>
          </w:tcPr>
          <w:p w14:paraId="444EA3B1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17EAA40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1FA37B8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5DC5F155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76542403" w14:textId="77777777">
        <w:trPr>
          <w:jc w:val="center"/>
        </w:trPr>
        <w:tc>
          <w:tcPr>
            <w:tcW w:w="397" w:type="dxa"/>
            <w:vAlign w:val="center"/>
          </w:tcPr>
          <w:p w14:paraId="5439E28E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4</w:t>
            </w:r>
          </w:p>
        </w:tc>
        <w:tc>
          <w:tcPr>
            <w:tcW w:w="3628" w:type="dxa"/>
            <w:vAlign w:val="center"/>
          </w:tcPr>
          <w:p w14:paraId="4BB5453D" w14:textId="1A2BC6A7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Grupowe warsztaty psychologiczne dla seniorów</w:t>
            </w:r>
          </w:p>
        </w:tc>
        <w:tc>
          <w:tcPr>
            <w:tcW w:w="850" w:type="dxa"/>
            <w:vAlign w:val="center"/>
          </w:tcPr>
          <w:p w14:paraId="042E2555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40</w:t>
            </w:r>
          </w:p>
        </w:tc>
        <w:tc>
          <w:tcPr>
            <w:tcW w:w="1247" w:type="dxa"/>
            <w:vAlign w:val="center"/>
          </w:tcPr>
          <w:p w14:paraId="795ADE21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2E08974B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1AA0E31A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2935218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6563EEA1" w14:textId="77777777">
        <w:trPr>
          <w:jc w:val="center"/>
        </w:trPr>
        <w:tc>
          <w:tcPr>
            <w:tcW w:w="397" w:type="dxa"/>
            <w:vAlign w:val="center"/>
          </w:tcPr>
          <w:p w14:paraId="14F67D7B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lastRenderedPageBreak/>
              <w:t>5</w:t>
            </w:r>
          </w:p>
        </w:tc>
        <w:tc>
          <w:tcPr>
            <w:tcW w:w="3628" w:type="dxa"/>
            <w:vAlign w:val="center"/>
          </w:tcPr>
          <w:p w14:paraId="4F388ADC" w14:textId="3598067E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Warsztaty psychologiczne dla rodziców dotyczące wypalenia rodzicielskiego</w:t>
            </w:r>
          </w:p>
        </w:tc>
        <w:tc>
          <w:tcPr>
            <w:tcW w:w="850" w:type="dxa"/>
            <w:vAlign w:val="center"/>
          </w:tcPr>
          <w:p w14:paraId="4733F615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28</w:t>
            </w:r>
          </w:p>
        </w:tc>
        <w:tc>
          <w:tcPr>
            <w:tcW w:w="1247" w:type="dxa"/>
            <w:vAlign w:val="center"/>
          </w:tcPr>
          <w:p w14:paraId="2F746D81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2099BA98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44980CB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182BDA57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27FF2496" w14:textId="77777777">
        <w:trPr>
          <w:jc w:val="center"/>
        </w:trPr>
        <w:tc>
          <w:tcPr>
            <w:tcW w:w="397" w:type="dxa"/>
            <w:vAlign w:val="center"/>
          </w:tcPr>
          <w:p w14:paraId="45C68B14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6</w:t>
            </w:r>
          </w:p>
        </w:tc>
        <w:tc>
          <w:tcPr>
            <w:tcW w:w="3628" w:type="dxa"/>
            <w:vAlign w:val="center"/>
          </w:tcPr>
          <w:p w14:paraId="6CD24A04" w14:textId="0DA61F6C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Warsztaty grupowe „Szkoła dla Rodziców i Wychowawców”, część I: Relacja dorosły–dziecko</w:t>
            </w:r>
          </w:p>
        </w:tc>
        <w:tc>
          <w:tcPr>
            <w:tcW w:w="850" w:type="dxa"/>
            <w:vAlign w:val="center"/>
          </w:tcPr>
          <w:p w14:paraId="5A6E6DCB" w14:textId="534BED76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30</w:t>
            </w:r>
            <w:r w:rsidR="003837A0">
              <w:rPr>
                <w:rFonts w:ascii="Segoe UI Light" w:hAnsi="Segoe UI Light" w:cs="Segoe UI Light"/>
                <w:sz w:val="22"/>
              </w:rPr>
              <w:t>/ 40 dydaktycznych</w:t>
            </w:r>
          </w:p>
        </w:tc>
        <w:tc>
          <w:tcPr>
            <w:tcW w:w="1247" w:type="dxa"/>
            <w:vAlign w:val="center"/>
          </w:tcPr>
          <w:p w14:paraId="5976E5C7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4159E5C0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30CFC427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2DA4D7FF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771DBD07" w14:textId="77777777">
        <w:trPr>
          <w:jc w:val="center"/>
        </w:trPr>
        <w:tc>
          <w:tcPr>
            <w:tcW w:w="397" w:type="dxa"/>
            <w:vAlign w:val="center"/>
          </w:tcPr>
          <w:p w14:paraId="022B44E5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7</w:t>
            </w:r>
          </w:p>
        </w:tc>
        <w:tc>
          <w:tcPr>
            <w:tcW w:w="3628" w:type="dxa"/>
            <w:vAlign w:val="center"/>
          </w:tcPr>
          <w:p w14:paraId="50FEB3B9" w14:textId="3151BBB8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Warsztaty grupowe dla seniorów z treningu pamięci</w:t>
            </w:r>
          </w:p>
        </w:tc>
        <w:tc>
          <w:tcPr>
            <w:tcW w:w="850" w:type="dxa"/>
            <w:vAlign w:val="center"/>
          </w:tcPr>
          <w:p w14:paraId="56419254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20</w:t>
            </w:r>
          </w:p>
        </w:tc>
        <w:tc>
          <w:tcPr>
            <w:tcW w:w="1247" w:type="dxa"/>
            <w:vAlign w:val="center"/>
          </w:tcPr>
          <w:p w14:paraId="2C97945B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4E2339DB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386F556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222B6DBD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59FB4AEC" w14:textId="77777777">
        <w:trPr>
          <w:jc w:val="center"/>
        </w:trPr>
        <w:tc>
          <w:tcPr>
            <w:tcW w:w="397" w:type="dxa"/>
            <w:vAlign w:val="center"/>
          </w:tcPr>
          <w:p w14:paraId="4AE9BFC9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8</w:t>
            </w:r>
          </w:p>
        </w:tc>
        <w:tc>
          <w:tcPr>
            <w:tcW w:w="3628" w:type="dxa"/>
            <w:vAlign w:val="center"/>
          </w:tcPr>
          <w:p w14:paraId="046F60CF" w14:textId="5F82DAF1" w:rsidR="00D170E2" w:rsidRPr="008162FB" w:rsidRDefault="003837A0">
            <w:pPr>
              <w:spacing w:after="20"/>
              <w:rPr>
                <w:rFonts w:ascii="Segoe UI Light" w:hAnsi="Segoe UI Light" w:cs="Segoe UI Light"/>
                <w:sz w:val="22"/>
                <w:lang w:val="pl-PL"/>
              </w:rPr>
            </w:pPr>
            <w:r w:rsidRPr="003837A0">
              <w:rPr>
                <w:rFonts w:ascii="Segoe UI Light" w:hAnsi="Segoe UI Light" w:cs="Segoe UI Light"/>
                <w:sz w:val="22"/>
                <w:lang w:val="pl-PL"/>
              </w:rPr>
              <w:t>Grupowe zajęcia gimnastyczne dla seniorów</w:t>
            </w:r>
          </w:p>
        </w:tc>
        <w:tc>
          <w:tcPr>
            <w:tcW w:w="850" w:type="dxa"/>
            <w:vAlign w:val="center"/>
          </w:tcPr>
          <w:p w14:paraId="3FE1900F" w14:textId="3D2735E8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7</w:t>
            </w:r>
            <w:r w:rsidR="003837A0">
              <w:rPr>
                <w:rFonts w:ascii="Segoe UI Light" w:hAnsi="Segoe UI Light" w:cs="Segoe UI Light"/>
                <w:sz w:val="22"/>
              </w:rPr>
              <w:t>4</w:t>
            </w:r>
          </w:p>
        </w:tc>
        <w:tc>
          <w:tcPr>
            <w:tcW w:w="1247" w:type="dxa"/>
            <w:vAlign w:val="center"/>
          </w:tcPr>
          <w:p w14:paraId="4B606564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907" w:type="dxa"/>
            <w:vAlign w:val="center"/>
          </w:tcPr>
          <w:p w14:paraId="4C1E9447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4C2B57A9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  <w:tc>
          <w:tcPr>
            <w:tcW w:w="1247" w:type="dxa"/>
            <w:vAlign w:val="center"/>
          </w:tcPr>
          <w:p w14:paraId="35CECF81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  <w:tr w:rsidR="00D170E2" w:rsidRPr="008162FB" w14:paraId="74D63416" w14:textId="77777777">
        <w:trPr>
          <w:jc w:val="center"/>
        </w:trPr>
        <w:tc>
          <w:tcPr>
            <w:tcW w:w="397" w:type="dxa"/>
            <w:vAlign w:val="center"/>
          </w:tcPr>
          <w:p w14:paraId="18762F61" w14:textId="77777777" w:rsidR="00D170E2" w:rsidRPr="008162FB" w:rsidRDefault="00D170E2">
            <w:pPr>
              <w:spacing w:after="20"/>
              <w:rPr>
                <w:rFonts w:ascii="Segoe UI Light" w:hAnsi="Segoe UI Light" w:cs="Segoe UI Light"/>
                <w:sz w:val="22"/>
              </w:rPr>
            </w:pPr>
          </w:p>
        </w:tc>
        <w:tc>
          <w:tcPr>
            <w:tcW w:w="3628" w:type="dxa"/>
            <w:vAlign w:val="center"/>
          </w:tcPr>
          <w:p w14:paraId="09046872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ŁĄCZNIE</w:t>
            </w:r>
          </w:p>
        </w:tc>
        <w:tc>
          <w:tcPr>
            <w:tcW w:w="850" w:type="dxa"/>
            <w:vAlign w:val="center"/>
          </w:tcPr>
          <w:p w14:paraId="0927867A" w14:textId="0F7BE5C3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68</w:t>
            </w:r>
            <w:r w:rsidR="003837A0">
              <w:rPr>
                <w:rFonts w:ascii="Segoe UI Light" w:hAnsi="Segoe UI Light" w:cs="Segoe UI Light"/>
                <w:sz w:val="22"/>
              </w:rPr>
              <w:t>4</w:t>
            </w:r>
          </w:p>
        </w:tc>
        <w:tc>
          <w:tcPr>
            <w:tcW w:w="1247" w:type="dxa"/>
            <w:vAlign w:val="center"/>
          </w:tcPr>
          <w:p w14:paraId="4C5EBE7A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—</w:t>
            </w:r>
          </w:p>
        </w:tc>
        <w:tc>
          <w:tcPr>
            <w:tcW w:w="907" w:type="dxa"/>
            <w:vAlign w:val="center"/>
          </w:tcPr>
          <w:p w14:paraId="69BE2516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—</w:t>
            </w:r>
          </w:p>
        </w:tc>
        <w:tc>
          <w:tcPr>
            <w:tcW w:w="1247" w:type="dxa"/>
            <w:vAlign w:val="center"/>
          </w:tcPr>
          <w:p w14:paraId="3EA1A3DE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—</w:t>
            </w:r>
          </w:p>
        </w:tc>
        <w:tc>
          <w:tcPr>
            <w:tcW w:w="1247" w:type="dxa"/>
            <w:vAlign w:val="center"/>
          </w:tcPr>
          <w:p w14:paraId="5A18648C" w14:textId="77777777" w:rsidR="00D170E2" w:rsidRPr="008162FB" w:rsidRDefault="00000000">
            <w:pPr>
              <w:spacing w:after="20"/>
              <w:rPr>
                <w:rFonts w:ascii="Segoe UI Light" w:hAnsi="Segoe UI Light" w:cs="Segoe UI Light"/>
                <w:sz w:val="22"/>
              </w:rPr>
            </w:pPr>
            <w:r w:rsidRPr="008162FB">
              <w:rPr>
                <w:rFonts w:ascii="Segoe UI Light" w:hAnsi="Segoe UI Light" w:cs="Segoe UI Light"/>
                <w:sz w:val="22"/>
              </w:rPr>
              <w:t>........</w:t>
            </w:r>
          </w:p>
        </w:tc>
      </w:tr>
    </w:tbl>
    <w:p w14:paraId="639C285F" w14:textId="77777777" w:rsidR="008162FB" w:rsidRDefault="008162FB">
      <w:pPr>
        <w:rPr>
          <w:rFonts w:ascii="Segoe UI Light" w:hAnsi="Segoe UI Light" w:cs="Segoe UI Light"/>
          <w:sz w:val="22"/>
        </w:rPr>
      </w:pPr>
    </w:p>
    <w:p w14:paraId="5899190A" w14:textId="46A5D9AA" w:rsidR="00D170E2" w:rsidRPr="008162FB" w:rsidRDefault="00000000">
      <w:pPr>
        <w:rPr>
          <w:rFonts w:ascii="Segoe UI Light" w:hAnsi="Segoe UI Light" w:cs="Segoe UI Light"/>
          <w:sz w:val="22"/>
        </w:rPr>
      </w:pPr>
      <w:proofErr w:type="spellStart"/>
      <w:r w:rsidRPr="008162FB">
        <w:rPr>
          <w:rFonts w:ascii="Segoe UI Light" w:hAnsi="Segoe UI Light" w:cs="Segoe UI Light"/>
          <w:sz w:val="22"/>
        </w:rPr>
        <w:t>Łączna</w:t>
      </w:r>
      <w:proofErr w:type="spellEnd"/>
      <w:r w:rsidRPr="008162FB">
        <w:rPr>
          <w:rFonts w:ascii="Segoe UI Light" w:hAnsi="Segoe UI Light" w:cs="Segoe UI Light"/>
          <w:sz w:val="22"/>
        </w:rPr>
        <w:t xml:space="preserve"> </w:t>
      </w:r>
      <w:proofErr w:type="spellStart"/>
      <w:r w:rsidRPr="008162FB">
        <w:rPr>
          <w:rFonts w:ascii="Segoe UI Light" w:hAnsi="Segoe UI Light" w:cs="Segoe UI Light"/>
          <w:sz w:val="22"/>
        </w:rPr>
        <w:t>cena</w:t>
      </w:r>
      <w:proofErr w:type="spellEnd"/>
      <w:r w:rsidRPr="008162FB">
        <w:rPr>
          <w:rFonts w:ascii="Segoe UI Light" w:hAnsi="Segoe UI Light" w:cs="Segoe UI Light"/>
          <w:sz w:val="22"/>
        </w:rPr>
        <w:t xml:space="preserve"> </w:t>
      </w:r>
      <w:proofErr w:type="spellStart"/>
      <w:r w:rsidRPr="008162FB">
        <w:rPr>
          <w:rFonts w:ascii="Segoe UI Light" w:hAnsi="Segoe UI Light" w:cs="Segoe UI Light"/>
          <w:sz w:val="22"/>
        </w:rPr>
        <w:t>netto</w:t>
      </w:r>
      <w:proofErr w:type="spellEnd"/>
      <w:r w:rsidRPr="008162FB">
        <w:rPr>
          <w:rFonts w:ascii="Segoe UI Light" w:hAnsi="Segoe UI Light" w:cs="Segoe UI Light"/>
          <w:sz w:val="22"/>
        </w:rPr>
        <w:t>: ........................................ zł</w:t>
      </w:r>
    </w:p>
    <w:p w14:paraId="046287F4" w14:textId="77777777" w:rsidR="00D170E2" w:rsidRPr="008162FB" w:rsidRDefault="00000000">
      <w:pPr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Łączna kwota podatku VAT (jeżeli dotyczy): ........................................ zł</w:t>
      </w:r>
    </w:p>
    <w:p w14:paraId="53063DA8" w14:textId="77777777" w:rsidR="00D170E2" w:rsidRPr="008162FB" w:rsidRDefault="00000000">
      <w:pPr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Łączna cena brutto: ........................................ zł</w:t>
      </w:r>
    </w:p>
    <w:p w14:paraId="317841B4" w14:textId="77777777" w:rsidR="00D170E2" w:rsidRPr="008162FB" w:rsidRDefault="00000000">
      <w:pPr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Łączna cena brutto słownie: ........................................................................................................................</w:t>
      </w:r>
    </w:p>
    <w:p w14:paraId="6D7D70E7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Podana cena brutto uwzględnia wszelkie koszty niezbędne do należytego wykonania zamówienia, w tym personel, przygotowanie i prowadzenie zajęć, dojazdy, materiały, obsługę organizacyjną i rozliczenie usług. Jeżeli do danej usługi ma zastosowanie zwolnienie z VAT, należy wskazać „zw.” oraz podstawę zwolnienia: ............................................................................................</w:t>
      </w:r>
    </w:p>
    <w:p w14:paraId="006137F2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b/>
          <w:sz w:val="22"/>
          <w:lang w:val="pl-PL"/>
        </w:rPr>
        <w:t>III. Oświadczenia Wykonawcy</w:t>
      </w:r>
    </w:p>
    <w:p w14:paraId="2CABF34A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1. Zapoznaliśmy się z treścią zapytania ofertowego, akceptujemy jego warunki i oferujemy realizację usług zgodnie z opisem przedmiotu zamówienia.</w:t>
      </w:r>
    </w:p>
    <w:p w14:paraId="5BA13673" w14:textId="3AE33D8C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 xml:space="preserve">2. Jesteśmy związani niniejszą ofertą przez </w:t>
      </w:r>
      <w:r w:rsidR="00116271">
        <w:rPr>
          <w:rFonts w:ascii="Segoe UI Light" w:hAnsi="Segoe UI Light" w:cs="Segoe UI Light"/>
          <w:sz w:val="22"/>
          <w:lang w:val="pl-PL"/>
        </w:rPr>
        <w:t>9</w:t>
      </w:r>
      <w:r w:rsidRPr="008162FB">
        <w:rPr>
          <w:rFonts w:ascii="Segoe UI Light" w:hAnsi="Segoe UI Light" w:cs="Segoe UI Light"/>
          <w:sz w:val="22"/>
          <w:lang w:val="pl-PL"/>
        </w:rPr>
        <w:t>0 dni od upływu terminu składania ofert.</w:t>
      </w:r>
    </w:p>
    <w:p w14:paraId="52B2B676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3. Wszystkie informacje zawarte w ofercie i załączonych dokumentach są zgodne ze stanem faktycznym.</w:t>
      </w:r>
    </w:p>
    <w:p w14:paraId="2D0EC128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4. Posiadamy status podmiotu ekonomii społecznej (PES) w rozumieniu art. 2 pkt 5 ustawy z dnia 5 sierpnia 2022 r. o ekonomii społecznej; potwierdzamy go odrębnym oświadczeniem i wymaganymi dokumentami.</w:t>
      </w:r>
    </w:p>
    <w:p w14:paraId="2A14F1C6" w14:textId="3D056BF2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 xml:space="preserve">5. Dysponujemy lub zapewnimy personel o kwalifikacjach odpowiednich do realizacji oferowanych usług </w:t>
      </w:r>
      <w:r w:rsidR="00BF33C3">
        <w:rPr>
          <w:rFonts w:ascii="Segoe UI Light" w:hAnsi="Segoe UI Light" w:cs="Segoe UI Light"/>
          <w:sz w:val="22"/>
          <w:lang w:val="pl-PL"/>
        </w:rPr>
        <w:br/>
      </w:r>
      <w:r w:rsidRPr="008162FB">
        <w:rPr>
          <w:rFonts w:ascii="Segoe UI Light" w:hAnsi="Segoe UI Light" w:cs="Segoe UI Light"/>
          <w:sz w:val="22"/>
          <w:lang w:val="pl-PL"/>
        </w:rPr>
        <w:t>i przedstawimy wymagany wykaz kadry.</w:t>
      </w:r>
    </w:p>
    <w:p w14:paraId="008C1565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6. Nie znajdujemy się w stanie likwidacji ani upadłości i nie jest wobec nas prowadzone postępowanie likwidacyjne lub upadłościowe.</w:t>
      </w:r>
    </w:p>
    <w:p w14:paraId="191D7CB7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7. Nie zalegamy z zapłatą podatków oraz składek na ubezpieczenia społeczne i zdrowotne albo posiadamy prawnie skuteczne zwolnienie, odroczenie lub rozłożenie należności na raty.</w:t>
      </w:r>
    </w:p>
    <w:p w14:paraId="1B4634BA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8. Zobowiązujemy się, w razie wyboru naszej oferty, do zawarcia umowy w terminie i na warunkach uzgodnionych z Zamawiającym, z uwzględnieniem zasad finansowania projektu „Premia społeczna”.</w:t>
      </w:r>
    </w:p>
    <w:p w14:paraId="6F61840B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9. Przyjmujemy do wiadomości, że zawarcie umowy jest planowane z uwzględnieniem wyniku naboru grantowego i możliwości finansowych Zamawiającego.</w:t>
      </w:r>
    </w:p>
    <w:p w14:paraId="0B139299" w14:textId="140AE84D" w:rsidR="00D170E2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10. Wypełniliśmy obowiązki informacyjne wynikające z art. 13 lub 14 RODO wobec osób fizycznych, których dane przekazujemy Zamawiającemu w związku z ofertą  w zakresie, w jakim obowiązki te nas dotyczą.</w:t>
      </w:r>
    </w:p>
    <w:p w14:paraId="01413BDB" w14:textId="77777777" w:rsidR="003837A0" w:rsidRPr="008162FB" w:rsidRDefault="003837A0" w:rsidP="008162FB">
      <w:pPr>
        <w:jc w:val="both"/>
        <w:rPr>
          <w:rFonts w:ascii="Segoe UI Light" w:hAnsi="Segoe UI Light" w:cs="Segoe UI Light"/>
          <w:sz w:val="22"/>
          <w:lang w:val="pl-PL"/>
        </w:rPr>
      </w:pPr>
    </w:p>
    <w:p w14:paraId="08EBA55E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b/>
          <w:sz w:val="22"/>
          <w:lang w:val="pl-PL"/>
        </w:rPr>
        <w:lastRenderedPageBreak/>
        <w:t>IV. Dokumenty dołączone do oferty</w:t>
      </w:r>
    </w:p>
    <w:p w14:paraId="5333B9F3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Symbol" w:hAnsi="Segoe UI Symbol" w:cs="Segoe UI Symbol"/>
          <w:sz w:val="22"/>
          <w:lang w:val="pl-PL"/>
        </w:rPr>
        <w:t>☐</w:t>
      </w:r>
      <w:r w:rsidRPr="008162FB">
        <w:rPr>
          <w:rFonts w:ascii="Segoe UI Light" w:hAnsi="Segoe UI Light" w:cs="Segoe UI Light"/>
          <w:sz w:val="22"/>
          <w:lang w:val="pl-PL"/>
        </w:rPr>
        <w:t xml:space="preserve"> Oświadczenie o posiadaniu statusu PES wraz z dokumentami potwierdzającymi ten status (załącznik nr 2).</w:t>
      </w:r>
    </w:p>
    <w:p w14:paraId="02717EF7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Symbol" w:hAnsi="Segoe UI Symbol" w:cs="Segoe UI Symbol"/>
          <w:sz w:val="22"/>
          <w:lang w:val="pl-PL"/>
        </w:rPr>
        <w:t>☐</w:t>
      </w:r>
      <w:r w:rsidRPr="008162FB">
        <w:rPr>
          <w:rFonts w:ascii="Segoe UI Light" w:hAnsi="Segoe UI Light" w:cs="Segoe UI Light"/>
          <w:sz w:val="22"/>
          <w:lang w:val="pl-PL"/>
        </w:rPr>
        <w:t xml:space="preserve"> Oświadczenie o braku powiązań osobowych i kapitałowych (załącznik nr 3).</w:t>
      </w:r>
    </w:p>
    <w:p w14:paraId="57207B7B" w14:textId="2EB291A1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Symbol" w:hAnsi="Segoe UI Symbol" w:cs="Segoe UI Symbol"/>
          <w:sz w:val="22"/>
          <w:lang w:val="pl-PL"/>
        </w:rPr>
        <w:t>☐</w:t>
      </w:r>
      <w:r w:rsidRPr="008162FB">
        <w:rPr>
          <w:rFonts w:ascii="Segoe UI Light" w:hAnsi="Segoe UI Light" w:cs="Segoe UI Light"/>
          <w:sz w:val="22"/>
          <w:lang w:val="pl-PL"/>
        </w:rPr>
        <w:t xml:space="preserve"> </w:t>
      </w:r>
      <w:r w:rsidR="00995CFE" w:rsidRPr="00995CFE">
        <w:rPr>
          <w:rFonts w:ascii="Segoe UI Light" w:hAnsi="Segoe UI Light" w:cs="Segoe UI Light"/>
          <w:sz w:val="22"/>
          <w:lang w:val="pl-PL"/>
        </w:rPr>
        <w:t>Oświadczenie o spełnianiu wymagań dotyczących kwalifikacji i doświadczenia kadry (załącznik nr 4).</w:t>
      </w:r>
    </w:p>
    <w:p w14:paraId="142E0EE8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Symbol" w:hAnsi="Segoe UI Symbol" w:cs="Segoe UI Symbol"/>
          <w:sz w:val="22"/>
          <w:lang w:val="pl-PL"/>
        </w:rPr>
        <w:t>☐</w:t>
      </w:r>
      <w:r w:rsidRPr="008162FB">
        <w:rPr>
          <w:rFonts w:ascii="Segoe UI Light" w:hAnsi="Segoe UI Light" w:cs="Segoe UI Light"/>
          <w:sz w:val="22"/>
          <w:lang w:val="pl-PL"/>
        </w:rPr>
        <w:t xml:space="preserve"> Inne dokumenty wymagane zapytaniem: ....................................................................................................</w:t>
      </w:r>
    </w:p>
    <w:p w14:paraId="51BD2454" w14:textId="77777777" w:rsidR="008162FB" w:rsidRDefault="008162FB" w:rsidP="008162FB">
      <w:pPr>
        <w:jc w:val="both"/>
        <w:rPr>
          <w:rFonts w:ascii="Segoe UI Light" w:hAnsi="Segoe UI Light" w:cs="Segoe UI Light"/>
          <w:sz w:val="22"/>
          <w:lang w:val="pl-PL"/>
        </w:rPr>
      </w:pPr>
    </w:p>
    <w:p w14:paraId="6AEA3C3D" w14:textId="77777777" w:rsidR="008162FB" w:rsidRDefault="008162FB" w:rsidP="008162FB">
      <w:pPr>
        <w:jc w:val="both"/>
        <w:rPr>
          <w:rFonts w:ascii="Segoe UI Light" w:hAnsi="Segoe UI Light" w:cs="Segoe UI Light"/>
          <w:sz w:val="22"/>
          <w:lang w:val="pl-PL"/>
        </w:rPr>
      </w:pPr>
    </w:p>
    <w:p w14:paraId="5FE6AF34" w14:textId="77777777" w:rsidR="008162FB" w:rsidRDefault="008162FB" w:rsidP="008162FB">
      <w:pPr>
        <w:jc w:val="both"/>
        <w:rPr>
          <w:rFonts w:ascii="Segoe UI Light" w:hAnsi="Segoe UI Light" w:cs="Segoe UI Light"/>
          <w:sz w:val="22"/>
          <w:lang w:val="pl-PL"/>
        </w:rPr>
      </w:pPr>
    </w:p>
    <w:p w14:paraId="2FAEA2F5" w14:textId="77777777" w:rsidR="008162FB" w:rsidRDefault="008162FB" w:rsidP="008162FB">
      <w:pPr>
        <w:jc w:val="both"/>
        <w:rPr>
          <w:rFonts w:ascii="Segoe UI Light" w:hAnsi="Segoe UI Light" w:cs="Segoe UI Light"/>
          <w:sz w:val="22"/>
          <w:lang w:val="pl-PL"/>
        </w:rPr>
      </w:pPr>
    </w:p>
    <w:p w14:paraId="133752CA" w14:textId="77777777" w:rsidR="008162FB" w:rsidRDefault="008162FB" w:rsidP="008162FB">
      <w:pPr>
        <w:jc w:val="both"/>
        <w:rPr>
          <w:rFonts w:ascii="Segoe UI Light" w:hAnsi="Segoe UI Light" w:cs="Segoe UI Light"/>
          <w:sz w:val="22"/>
          <w:lang w:val="pl-PL"/>
        </w:rPr>
      </w:pPr>
    </w:p>
    <w:p w14:paraId="45FE9001" w14:textId="59AE6A78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..............................................................</w:t>
      </w:r>
    </w:p>
    <w:p w14:paraId="51E75945" w14:textId="77777777" w:rsidR="00D170E2" w:rsidRPr="008162FB" w:rsidRDefault="00000000" w:rsidP="008162FB">
      <w:pPr>
        <w:jc w:val="both"/>
        <w:rPr>
          <w:rFonts w:ascii="Segoe UI Light" w:hAnsi="Segoe UI Light" w:cs="Segoe UI Light"/>
          <w:sz w:val="22"/>
          <w:lang w:val="pl-PL"/>
        </w:rPr>
      </w:pPr>
      <w:r w:rsidRPr="008162FB">
        <w:rPr>
          <w:rFonts w:ascii="Segoe UI Light" w:hAnsi="Segoe UI Light" w:cs="Segoe UI Light"/>
          <w:sz w:val="22"/>
          <w:lang w:val="pl-PL"/>
        </w:rPr>
        <w:t>(podpis osoby upoważnionej do reprezentowania Wykonawcy)</w:t>
      </w:r>
    </w:p>
    <w:sectPr w:rsidR="00D170E2" w:rsidRPr="008162FB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7785732">
    <w:abstractNumId w:val="8"/>
  </w:num>
  <w:num w:numId="2" w16cid:durableId="149711969">
    <w:abstractNumId w:val="6"/>
  </w:num>
  <w:num w:numId="3" w16cid:durableId="706103322">
    <w:abstractNumId w:val="5"/>
  </w:num>
  <w:num w:numId="4" w16cid:durableId="124199080">
    <w:abstractNumId w:val="4"/>
  </w:num>
  <w:num w:numId="5" w16cid:durableId="372191879">
    <w:abstractNumId w:val="7"/>
  </w:num>
  <w:num w:numId="6" w16cid:durableId="1577089211">
    <w:abstractNumId w:val="3"/>
  </w:num>
  <w:num w:numId="7" w16cid:durableId="1070620123">
    <w:abstractNumId w:val="2"/>
  </w:num>
  <w:num w:numId="8" w16cid:durableId="962810580">
    <w:abstractNumId w:val="1"/>
  </w:num>
  <w:num w:numId="9" w16cid:durableId="108360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271"/>
    <w:rsid w:val="0015074B"/>
    <w:rsid w:val="0029639D"/>
    <w:rsid w:val="00326F90"/>
    <w:rsid w:val="003837A0"/>
    <w:rsid w:val="00464A77"/>
    <w:rsid w:val="00646752"/>
    <w:rsid w:val="008162FB"/>
    <w:rsid w:val="00861C17"/>
    <w:rsid w:val="008B5E4A"/>
    <w:rsid w:val="00995CFE"/>
    <w:rsid w:val="00A4005D"/>
    <w:rsid w:val="00A50F80"/>
    <w:rsid w:val="00AA1D8D"/>
    <w:rsid w:val="00B47730"/>
    <w:rsid w:val="00BF33C3"/>
    <w:rsid w:val="00CB0664"/>
    <w:rsid w:val="00D170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6F003"/>
  <w14:defaultImageDpi w14:val="300"/>
  <w15:docId w15:val="{8FAF7D3B-8EC9-49CC-BAFD-C0A6268B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7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816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Kamila Korzeniewska</cp:lastModifiedBy>
  <cp:revision>9</cp:revision>
  <dcterms:created xsi:type="dcterms:W3CDTF">2026-10-19T11:15:00Z</dcterms:created>
  <dcterms:modified xsi:type="dcterms:W3CDTF">2026-10-22T09:36:00Z</dcterms:modified>
  <cp:category/>
</cp:coreProperties>
</file>